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🃏 דף תרגול: כרטיסיית החוסן היומית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רגש, חוסן, שיח מוגן.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הכרטיסייה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ורשות. לא אוספים ולא בודקים תוכן 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איזה צבע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2–א · 3–ב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ארגז הכלים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🃏 כרטיסיית החוסן היומית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הכרטיסייה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קלף אחד מכל צבע וכתבו תשובה קצרה. אפשר תמיד לבחור לא לשתף – הדף נשאר אצלכם.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🔴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איזו מילה אחת מתארת את ההרגשה שלי עכשיו?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אם ההרגשה שלי היום הייתה מזג אוויר – מה היא הייתה?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🟡 מחשבה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משהו שלא הצליח לי השבוע – ומה למדתי ממנו.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מחשבה שמחלישה אותי – איך אפשר לנסח אותה מחדש, בצורה מחזקת?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🟢 כוח ומשאבים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חוזקה אחת שלי שעזרה לי השבוע.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שלושה דברים שמרגיעים אותי (נשימה, מוזיקה, תנועה…).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🔵 חיבור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מי האדם שאפשר לפנות אליו כשקשה לי?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מעשה טוב קטן שמישהו עשה בשבילי לאחרונה.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איזה צבע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כל צבע לתחום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צבע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תחום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🔴 אדום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מחשבה – לחשוב בגמישות ולמצוא משמעות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🟡 צהוב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כוח ומשאבים – מה מחזק ומרגיע אותי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🟢 ירוק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רגש – לתת שם לרגש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🔵 כחול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חיבור – חברים, שייכות ועזרה לאחרים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ארגז הכלים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שלושה דברים שעוזרים לכם כשקשה, ואדם אחד שאפשר לפנות אליו.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דברים שעוזרים לי:  1. ____________   2. ____________   3.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אדם שאפשר לפנות אליו/ה: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💛 חשוב לזכור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תמיד אפשר לפנות ליועצת, למחנכת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כרטיסיית החוסן היומית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כרטיסיית החוסן היומית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