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🃏 דף תרגול: כרטיסיית החוסן היומית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רגש, חוסן, שיח מוגן. נושאים: כללי.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הכרטיסייה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ורשות. לא אוספים ולא בודקים תוכן 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איזה צבע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1–ד · 2–א · 3–ג · 4–ב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ארגז הכלים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🃏 כרטיסיית החוסן היומית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הכרטיסייה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קלף וכתבו. אפשר לא לשתף.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🔴 רגש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איזו מילה אחת מתארת את ההרגשה שלי עכשיו?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אם ההרגשה שלי היום הייתה מזג אוויר – מה היא הייתה?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🟡 מחשבה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משהו שלא הצליח לי השבוע – ומה למדתי ממנו.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מחשבה שמחלישה אותי – איך אפשר לנסח אותה מחדש, בצורה מחזקת?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🟢 כוח ומשאבים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חוזקה אחת שלי שעזרה לי השבוע. (אפשר לבחור לא לשתף)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• שלושה דברים שמרגיעים אותי (נשימה, מוזיקה, תנועה…). (אפשר לבחור לא לשתף)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איזה צבע מתאים?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צבע ↔ תחום.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צבע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תחום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🔴 אדום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מחשבה – לחשוב בגמישות ולמצוא משמעות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🟡 צהוב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חיבור – חברים, שייכות ועזרה לאחרים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🟢 ירוק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כוח ומשאבים – מה מחזק ומרגיע אותי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🔵 כחול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רגש – לתת שם לרגש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ארגז הכלים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מה עוזר לי? כתבו 2 דברים.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דברים שעוזרים לי:  1. ____________   2. ____________   3.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אדם שאפשר לפנות אליו/ה: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💛 חשוב לזכור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תמיד אפשר לפנות ליועצת, למחנכת או למבוגר/ת שסומכים עליו/ה.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כרטיסיית החוסן היומית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כרטיסיית החוסן היומית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