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🔤 דף תרגול: אנגרמה – שם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אוצר מילים, איות. נושאים: 📚 לשון, 🌍 גלובליזציה – כפר עולמי, 🌾 חג הסיגד, 🕎 כסליו–חנוכה.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מילים מבולבלות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מכולה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7.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המילה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פרסום הנס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פך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משפט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משפט תקין ובעל משמעות עם המילים.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2–ג · 3–ו · 4–א · 5–ה · 6–ד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🔤 אנגרמה – שם הנושא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מילים מבולבלות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סדרו את האותיות למושג מהנושא. ההגדרה עוזרת לכם.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📚 ש · ש · ר · ו   (רמז: שלוש (בדרך כלל) אותיות שנושאות את המשמעות הבסיסית של המילה.)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🌍 מ · ה · כ · ל · ו   (רמז: ארגז מתכת בגודל אחיד שמאפשר להעביר סחורה בין אונייה, רכבת ומשאית.)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🌾 י · ג · ס · ד   (רמז: חג קהילת ביתא ישראל, שמשמעות שמו השתחוות.)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🕎 ח · נ · ו · ה · כ   (רמז: חג של שמונה ימים לזכר חנוכת בית המקדש, לפי המסורת.)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📚 מ · ל · ש · ק   (רמז: תבנית קבועה של תנועות ותוספות שהשורש „נוצק” לתוכה.)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6. 🌾 ס · י · מ · ק   (רמז: המנהיגים הרוחניים של הקהילה, שומרי התורה והמנהגים.)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7. 🕎 ש · ש · מ   (רמז: הנר שמדליק את שאר הנרות ועומד בנפרד.)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המילה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בכל משפט את המושג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חנוכה  ·  שמש  ·  פך השמן  ·  פרסום הנס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המילה ________ באה מהשורש ח-נ-ך, כמו חינוך – התחלה חדשה.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ה________ נותן אור לאחרים בלי להתבלט – דמות של מנהיגות שקטה.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בגלל ________ מציבים חנוכיות גם בכיכרות.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________ הוא סמל לתקווה שגדולה מהמשאבים.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משפט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אחד שיש בו שתיים מהמילים שפתרתם.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התאימו מושג ↔ הגדרה: 📚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נקודה באותיות בגדכפ״ת שמשנה את ההגייה של ב, כ, פ.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שלוש (בדרך כלל) אותיות שנושאות את המשמעות הבסיסית של המילה.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תבנית קבועה של תנועות ותוספות שהשורש „נוצק” לתוכה.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דגש 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מילה שמציינת אדם, חפץ, מקום או רעיון.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בגדכפ״ת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שש האותיות שיכולות לקבל דגש קל.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האות ה בתחילת מילה, שהופכת אותה למוכרת ומיודעת.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אנגרמה – שם הנושא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אנגרמה – שם הנושא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