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🔤 דף תרגול: אנגרמה – שם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אוצר מילים, איות. נושאים: 📚 לשון, 🌍 גלובליזציה – כפר עולמי, 🌾 חג הסיגד, 🕎 כסליו–חנוכה.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מילים מבולבלות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מכולה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המילה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מכולה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משפט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משפט תקין ובעל משמעות עם המילים.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2–ד · 3–ה · 4–ג · 5–א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🔤 אנגרמה – שם הנושא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מילים מבולבלות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סדרו את האותיות. ההגדרה עוזרת.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📚 ר · ו · ש · ש   (רמז: אותיות שנותנות למילה את המשמעות.)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🌍 ו · ל · מ · כ · ה   (רמז: ארגז מתכת גדול לסחורה.)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🌾 י · ו · ת · א · ר   (רמז: ספר קדוש בשפת געז.)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🕎 כ · נ · ו · ח · ה   (רמז: חג של אור, שמונה ימים בחורף.)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📚 מ · ש · ל · ק   (רמז: תבנית קבועה שבונים בה מילים.)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המילה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מילה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מכולה  ·  גלובליזציה  ·  נמל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בגלל ה________ יש בחנות מוצרים מכל העולם.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ה________ נוסעת באונייה ואחר כך ברכבת.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האונייה הגיעה ל________ בבוקר.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משפט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עם מילה אחת שפתרתם.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מושג ↔ הגדרה: 📚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מילה שמתארת שם עצם.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אותיות שנותנות למילה את המשמעות.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מילה לדבר, אדם, מקום או רעיון.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תבנית קבועה שבונים בה מילים.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שם תואר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ה בתחילת מילה, כשהדבר מוכר.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אנגרמה – שם הנושא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אנגרמה – שם הנושא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