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🔤 דף תרגול: אנגרמה – שם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אוצר מילים, איות. נושאים: 📚 לשון, 🌍 גלובליזציה – כפר עולמי, 🌾 חג הסיגד, 🕎 כסליו–חנוכה.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מילים מבולבלות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מכולה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4.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המילה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שרשרת אספקה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מכולה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משפט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משפט תקין ובעל משמעות עם המילים.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1–ד · 2–ב · 3–ג · 4–א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🔤 אנגרמה – שם הנושא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מילים מבולבלות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סדרו את האותיות. ההגדרה עוזרת.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🧺 המילים (בערבוב):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מכולה  ·  חנוכייה  ·  שורש  ·  סיגד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📚 ש · ש · ו · ר   (רמז: האותיות שנותנות למילה משמעות.)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🌍 כ · ה · ל · ו · מ   (רמז: ארגז מתכת אחיד להובלה.)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🌾 ס · י · ד · ג   (רמז: חג של קהילת יהודי אתיופיה. 🌾)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4. 🕎 י · נ · כ · ח · י · ה · ו   (רמז: מנורה של שמונה נרות ושמש.)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המילה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השלימו מילה מהמחסן.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🧺 מחסן 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מכולה  ·  נמל  ·  שרשרת אספקה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שדה, מפעל, אונייה, חנות – זו ________.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ה________ עוברת מאונייה למשאית.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מנוף ב________ מרים מכולות.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משפט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משפט עם מילה אחת שפתרתם.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⭐ בונוס – מושג ↔ הגדרה: 📚 לשון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מילה שמתארת שם עצם.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ה בתחילת מילה מוכרת.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שם עצם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שם של דבר, אדם או מקום.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שם תואר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האותיות שנותנות למילה משמעות.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אנגרמה – שם הנושא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אנגרמה – שם הנושא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